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E3A5F"/>
        </w:rPr>
        <w:t>Contrat de prestation de services</w:t>
      </w:r>
    </w:p>
    <w:p>
      <w:r>
        <w:rPr>
          <w:i/>
          <w:sz w:val="18"/>
        </w:rPr>
        <w:t>Modèle original — Entreprendre Autrement. À adapter à votre situation ; faites relire par un professionnel du droit avant signature pour toute mission à enjeu significatif.</w:t>
      </w:r>
    </w:p>
    <w:p>
      <w:r>
        <w:rPr>
          <w:b/>
        </w:rPr>
        <w:t>ENTRE LES SOUSSIGNÉS :</w:t>
      </w:r>
    </w:p>
    <w:p>
      <w:r>
        <w:t>[Nom / raison sociale du prestataire], [forme juridique — micro-entreprise / EI / EURL / SASU], immatriculé(e) sous le numéro SIREN [SIREN], dont le siège est situé [adresse], représenté(e) par [Nom du représentant], ci-après dénommé « le Prestataire »,</w:t>
      </w:r>
    </w:p>
    <w:p>
      <w:r>
        <w:t>D'une part,</w:t>
      </w:r>
    </w:p>
    <w:p>
      <w:r>
        <w:t>ET : [Nom / raison sociale du client], [forme juridique], immatriculé(e) sous le numéro SIREN [SIREN], dont le siège est situé [adresse], représenté(e) par [Nom du représentant], ci-après dénommé « le Client »,</w:t>
      </w:r>
    </w:p>
    <w:p>
      <w:r>
        <w:t>D'autre part,</w:t>
      </w:r>
    </w:p>
    <w:p>
      <w:r>
        <w:t>Il a été convenu ce qui suit :</w:t>
      </w:r>
    </w:p>
    <w:p>
      <w:pPr>
        <w:pStyle w:val="Heading2"/>
      </w:pPr>
      <w:r>
        <w:rPr>
          <w:color w:val="1E3A5F"/>
          <w:sz w:val="24"/>
        </w:rPr>
        <w:t>Article 1 — Objet du contrat</w:t>
      </w:r>
    </w:p>
    <w:p>
      <w:r>
        <w:t>Le présent contrat a pour objet de définir les conditions dans lesquelles le Prestataire réalise pour le Client la prestation suivante : [description précise de la mission, livrables attendus, périmètre].</w:t>
      </w:r>
    </w:p>
    <w:p>
      <w:pPr>
        <w:pStyle w:val="Heading2"/>
      </w:pPr>
      <w:r>
        <w:rPr>
          <w:color w:val="1E3A5F"/>
          <w:sz w:val="24"/>
        </w:rPr>
        <w:t>Article 2 — Durée et délais</w:t>
      </w:r>
    </w:p>
    <w:p>
      <w:r>
        <w:t>La prestation débute le [date] et doit être achevée au plus tard le [date], sauf report accepté par écrit par les deux parties. [Préciser les jalons intermédiaires le cas échéant.]</w:t>
      </w:r>
    </w:p>
    <w:p>
      <w:pPr>
        <w:pStyle w:val="Heading2"/>
      </w:pPr>
      <w:r>
        <w:rPr>
          <w:color w:val="1E3A5F"/>
          <w:sz w:val="24"/>
        </w:rPr>
        <w:t>Article 3 — Prix et modalités de paiement</w:t>
      </w:r>
    </w:p>
    <w:p>
      <w:r>
        <w:t>En contrepartie de la prestation, le Client versera au Prestataire la somme de [montant] € HT ([montant] € TTC le cas échéant selon régime de TVA du Prestataire), selon l'échéancier suivant : [acompte à la commande / facturation à l'avancement / solde à la livraison]. Toute facture non réglée à son échéance porte intérêt au taux légal en vigueur, majoré des pénalités prévues à l'article L441-10 du Code de commerce, ainsi que de l'indemnité forfaitaire pour frais de recouvrement de 40 € prévue par ce même code.</w:t>
      </w:r>
    </w:p>
    <w:p>
      <w:pPr>
        <w:pStyle w:val="Heading2"/>
      </w:pPr>
      <w:r>
        <w:rPr>
          <w:color w:val="1E3A5F"/>
          <w:sz w:val="24"/>
        </w:rPr>
        <w:t>Article 4 — Obligations du Prestataire</w:t>
      </w:r>
    </w:p>
    <w:p>
      <w:r>
        <w:t>Le Prestataire s'engage à exécuter la prestation avec diligence et selon les règles de l'art de sa profession. Le Prestataire agit en toute indépendance, sans lien de subordination avec le Client, et demeure seul responsable de l'organisation de son travail.</w:t>
      </w:r>
    </w:p>
    <w:p>
      <w:pPr>
        <w:pStyle w:val="Heading2"/>
      </w:pPr>
      <w:r>
        <w:rPr>
          <w:color w:val="1E3A5F"/>
          <w:sz w:val="24"/>
        </w:rPr>
        <w:t>Article 5 — Obligations du Client</w:t>
      </w:r>
    </w:p>
    <w:p>
      <w:r>
        <w:t>Le Client s'engage à fournir au Prestataire, dans les délais convenus, toutes les informations et éléments nécessaires à la bonne exécution de la prestation, et à régler les sommes dues selon l'échéancier prévu.</w:t>
      </w:r>
    </w:p>
    <w:p>
      <w:pPr>
        <w:pStyle w:val="Heading2"/>
      </w:pPr>
      <w:r>
        <w:rPr>
          <w:color w:val="1E3A5F"/>
          <w:sz w:val="24"/>
        </w:rPr>
        <w:t>Article 6 — Propriété intellectuelle</w:t>
      </w:r>
    </w:p>
    <w:p>
      <w:r>
        <w:t>Sauf stipulation contraire, les droits de propriété intellectuelle sur les livrables sont cédés au Client à compter du paiement intégral du prix, dans la limite de l'usage prévu au présent contrat. Le Prestataire conserve le droit de mentionner la réalisation de la mission dans ses références commerciales, sauf clause de confidentialité contraire.</w:t>
      </w:r>
    </w:p>
    <w:p>
      <w:pPr>
        <w:pStyle w:val="Heading2"/>
      </w:pPr>
      <w:r>
        <w:rPr>
          <w:color w:val="1E3A5F"/>
          <w:sz w:val="24"/>
        </w:rPr>
        <w:t>Article 7 — Confidentialité</w:t>
      </w:r>
    </w:p>
    <w:p>
      <w:r>
        <w:t>Chacune des parties s'engage à conserver strictement confidentielles les informations de nature confidentielle dont elle aurait connaissance à l'occasion de l'exécution du présent contrat, pendant toute sa durée et pendant [durée, ex : 2 ans] après son terme.</w:t>
      </w:r>
    </w:p>
    <w:p>
      <w:pPr>
        <w:pStyle w:val="Heading2"/>
      </w:pPr>
      <w:r>
        <w:rPr>
          <w:color w:val="1E3A5F"/>
          <w:sz w:val="24"/>
        </w:rPr>
        <w:t>Article 8 — Responsabilité</w:t>
      </w:r>
    </w:p>
    <w:p>
      <w:r>
        <w:t>Le Prestataire est tenu à une obligation de moyens. Sa responsabilité ne pourra être engagée qu'en cas de faute prouvée, et sera dans tous les cas limitée au montant total facturé au titre du présent contrat. [Le Prestataire déclare être couvert par une assurance responsabilité civile professionnelle : compagnie, numéro de police.]</w:t>
      </w:r>
    </w:p>
    <w:p>
      <w:pPr>
        <w:pStyle w:val="Heading2"/>
      </w:pPr>
      <w:r>
        <w:rPr>
          <w:color w:val="1E3A5F"/>
          <w:sz w:val="24"/>
        </w:rPr>
        <w:t>Article 9 — Résiliation</w:t>
      </w:r>
    </w:p>
    <w:p>
      <w:r>
        <w:t>En cas de manquement grave de l'une des parties à ses obligations, non réparé dans un délai de [15/30] jours après mise en demeure restée infructueuse, l'autre partie pourra résilier le présent contrat de plein droit, sans préjudice de tous dommages et intérêts qui pourraient être réclamés.</w:t>
      </w:r>
    </w:p>
    <w:p>
      <w:pPr>
        <w:pStyle w:val="Heading2"/>
      </w:pPr>
      <w:r>
        <w:rPr>
          <w:color w:val="1E3A5F"/>
          <w:sz w:val="24"/>
        </w:rPr>
        <w:t>Article 10 — Droit applicable et litiges</w:t>
      </w:r>
    </w:p>
    <w:p>
      <w:r>
        <w:t>Le présent contrat est soumis au droit français. En cas de litige, les parties s'efforceront de trouver une solution amiable avant toute action judiciaire. À défaut, le litige sera porté devant les tribunaux compétents du ressort du siège social du Prestataire, sauf disposition légale impérative contraire.</w:t>
      </w:r>
    </w:p>
    <w:p/>
    <w:p>
      <w:r>
        <w:rPr>
          <w:b/>
        </w:rPr>
        <w:t>Fait à [ville], le [date], en deux exemplaires originaux.</w:t>
      </w:r>
    </w:p>
    <w:p/>
    <w:tbl>
      <w:tblPr>
        <w:tblW w:type="auto" w:w="0"/>
        <w:tblLook w:firstColumn="1" w:firstRow="1" w:lastColumn="0" w:lastRow="0" w:noHBand="0" w:noVBand="1" w:val="04A0"/>
      </w:tblPr>
      <w:tblGrid>
        <w:gridCol w:w="4320"/>
        <w:gridCol w:w="4320"/>
      </w:tblGrid>
      <w:tr>
        <w:tc>
          <w:tcPr>
            <w:tcW w:type="dxa" w:w="4320"/>
          </w:tcPr>
          <w:p>
            <w:r>
              <w:t>Le Prestataire</w:t>
            </w:r>
          </w:p>
        </w:tc>
        <w:tc>
          <w:tcPr>
            <w:tcW w:type="dxa" w:w="4320"/>
          </w:tcPr>
          <w:p>
            <w:r>
              <w:t>Le Client</w:t>
            </w:r>
          </w:p>
        </w:tc>
      </w:tr>
      <w:tr>
        <w:tc>
          <w:tcPr>
            <w:tcW w:type="dxa" w:w="4320"/>
          </w:tcPr>
          <w:p>
            <w:r>
              <w:t>(signature précédée de la mention « Lu et approuvé »)</w:t>
            </w:r>
          </w:p>
        </w:tc>
        <w:tc>
          <w:tcPr>
            <w:tcW w:type="dxa" w:w="4320"/>
          </w:tcPr>
          <w:p>
            <w:r>
              <w:t>(signature précédée de la mention « Lu et approuvé »)</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